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השותפות בין פטריות לשורשי עצים (מיקוריזה)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ממצא מדעי לבין השערה שנויה במחלוקת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ומשפחות מילים (ח־ק־ר, ק־ש־ר, ז־ה־ר) ואת המשקלים קְטִילָה ומִקְטָל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רשת חוטי פטריות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עזרה בקליטת מים ומינרלים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שותפות הדדית – שני הצדדים נותנים ומקבלים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המירכאות מסמנות שזה דימוי ולא תיאור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ח־ק־ר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קְטִילָה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(מחקר, חוקרים)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(קשורים, הקשר)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(אזהרה, 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(השם המדעי לשותפות בין פטרייה לשורש)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העץ נותן לפטרייה סוכרים; הפטרייה עוזרת לעץ לקלוט מים ומינרלים – הדדיות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 כמו 'נראה' או 'רמזים' מראות שזו מסקנה זהירה ולא ודאות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שותפות בין פטרייה לשורש עץ, שבה כל צד נותן ומקבל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ז־ה־ר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השערה שנויה במחלוקת – הראיות מהיער עדיין מעטות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פתחו בשאלה מקדימה ורשמו ניחושים על הלוח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הקריאה סמנו בשני צבעים מה 'נמצא' ומה 'אולי' – זה מכין למסלול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הדגישו שהרעיון של 'עצי אם' שנוי במחלוקת מדעית ויש להציגו כהשערה ולא כעובדה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נלמד על רשת פטריות מתחת לאדמה המחברת בין שורשי עצים ביער, ועל הדרך שבה מדענים חוקרים אם היא מעבירה גם 'אותות אזהרה' בין צמחים.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ח־ק־ר  ·  קְטִילָה  ·  קשורים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מחבר בין שורשי עצים שונים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רשת חוטי פטריות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חוטי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ענפים שנוגעים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מקבל העץ מהפטרייה?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עזרה בקליטת מים ומינרלים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סוכר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הפטרייה והעץ נהנים שניהם מהקשר ביניהם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'דואגות' מופיעה במירכאות כי הפטריות לא באמת מרגישות דאגה כמו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שורשים ומשקלים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'מחקר'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מהטקסט מהמשפחה של השורש ק־ש־ר: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קליטה, צמיחה ושמירה בנויות במשקל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ח־ק־ר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קשורים, הקשר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ק־ש־ר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מחקר, חוקרים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ז־ה־ר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השם המדעי לשותפות בין פטרייה לשורש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מיקוריזה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אזהרה, 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הסבר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מהי השותפות בין העץ לפטרייה. מה כל צד נותן ומה הוא מקבל?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בטקסט מראה שהחוקרים אינם בטוחים לגמרי?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מיקוריזה?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השורש של המילה 'אזהרה'?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האינטרנט הסודי של היער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