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השותפות בין פטריות לשורשי עצים (מיקוריזה)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ממצא מדעי לבין השערה שנויה במחלוקת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ומשפחות מילים (ח־ק־ר, ק־ש־ר, ז־ה־ר) ואת המשקלים קְטִילָה ומִקְטָל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רשת חוטי פטריות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עזרה בקליטת מים ומינרלים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סוכרים שהעץ מייצר בעליו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צמחים שכנים התחילו לייצר חומרי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כהשערה מעניינת שעדיין יש לגביה ויכוח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זאת כהשערה שנויה במחלוקת, לא כעובדה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שותפות הדדית – שני הצדדים נותנים ומקבלים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הניסויים נערכו בעיקר במעבדה ובחממה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המירכאות מסמנות שזה דימוי ולא תיאור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הטקסט מציג ממצאים לצד הסתייגויות ומחקר נמשך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ח־ק־ר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קְטִילָה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ז־ה־ר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(מחקר, 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(קשורים, 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(אזהרה, 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(השם המדעי לשותפות בין פטרייה לשורש)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(הסבר אפשרי שעדיין צריך לבדוק)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העץ נותן לפטרייה סוכרים; הפטרייה עוזרת לעץ לקלוט מים ומינרלים – הדדיות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דומה: רשת שמחברת בין עצים ומעבירה חומרים; שונה: לא עוברות בה מילים, זה כינוי 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 כמו 'נראה' או 'רמזים' מראות שזו מסקנה זהירה ולא ודאות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שזו השערה מעניינת, לא עובדה; הראיות מהיער עדיין מעטות ויש 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חומרים כימיים שמעבירים מידע על סכנה; המירכאות מראות שזה דימוי ולא רגש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שותפות בין פטרייה לשורש עץ, שבה כל צד נותן ומקבל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ז־ה־ר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השערה שנויה במחלוקת – הראיות מהיער עדיין מעטות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פתחו בשאלה מקדימה ורשמו ניחושים על הלוח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הקריאה סמנו בשני צבעים מה 'נמצא' ומה 'אולי' – זה מכין למסלול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שהרעיון של 'עצי אם' שנוי במחלוקת מדעית ויש להציגו כהשערה ולא כעובדה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על פטריות קטנות שנמצאות באדמה ומחברות בין עצים ביער. מדענים בודקים אם הפטריות גם עוזרות לעצים להזהיר אחד את השני מסכנה.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מיקוריזה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שותפות בין פטרייה לשורש של עץ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אפשרי שעוד לא הוכח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ממצא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שנמצא ואומת במחקר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עצי אם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עצים גדולים וותיקים שלפי השערה עוזרים לעצים צעירים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(בלשון)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הקבועות שחוזרות במשפחת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לפי מבנה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הדדיות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שני הצדדים נותנים ומקבלים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אזהרה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כימי שמעיד על סכנה לצמח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מקשר בין עצים ביער,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חוטי פטריות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חוטי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ענפים שנוגעים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שורשים שגדלו יחד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הפטרייה נותנת לעץ?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עזרה בקליטת מים ומינרלים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העץ נותן לפטרייה?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סוכרים שהעץ מייצר בעליו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לצמחים ליד הצמח שהותקף?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 לא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הפטרייה מתה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צמחים שכנים התחילו לייצר חומרי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העץ המותקף נבל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הטקסט בטוח ברעיון 'עצי האם'?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כעובדה מוכחת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כהשערה מעניינת שעדיין יש לגביה 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כטעות מדעית שנסתרה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כבדיחה בין חוקרים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שהמדענים בטוחים לגמרי שעצי אם מאכילים עצים צעירים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הפטרייה והעץ נהנים שניהם מהקשר ביניהם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ניסויי אותות האזהרה נערכו בעיקר ביער הטבעי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'דואגות' מופיעה במירכאות כי הפטריות לא באמת מרגישות דאגה כמו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המדע הוא דרך לשאול שאלות ולא רק לקבל תשובות סופיות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'מחקר'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מהטקסט מהמשפחה של השורש ק־ש־ר: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קליטה, צמיחה ושמירה בנויות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'מגדל' בנויה במשקל __________, בדיוק כמו המילה 'מחקר'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'אזהרה'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כתבו במילים: __________ ניסויים נערכו במעבדה (3)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ח־ק־ר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אזהרה,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ק־ש־ר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אפשרי שעדיין צריך לבדוק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ז־ה־ר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מחקר, חוקרים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מיקוריזה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השם המדעי לשותפות בין פטרייה לשורש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השערה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קשורים, הקשר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מהי השותפות בין העץ לפטרייה. מה כל צד נותן ומה הוא מקבל?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מכנים את רשת הפטריות 'האינטרנט של היער'? מה דומה ומה 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בטקסט מראה שהחוקרים אינם בטוחים לגמרי?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נכון לספר לילדים על 'עצי אם' כאילו זו עובדה מוכחת? נמקו בעזרת פרטים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הן 'אותות אזהרה' ברשת הפטריות, ולמה המדענים משתמשים במירכאות סביב המילה 'דואגות'?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מיקוריזה?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'אזהרה'?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'עצי האם' היא עובדה מוכחת או השערה? הסבירו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האינטרנט הסודי של היער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